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AD284" w14:textId="0E4C8F66" w:rsidR="00B20BA7" w:rsidRDefault="00000000">
      <w:pPr>
        <w:pStyle w:val="Heading1"/>
        <w:jc w:val="center"/>
      </w:pPr>
      <w:r>
        <w:t xml:space="preserve">MSME </w:t>
      </w:r>
      <w:r w:rsidR="00C601B6">
        <w:t>Marketing Board, New Delhi</w:t>
      </w:r>
      <w:r>
        <w:t xml:space="preserve"> – Empanelment Form</w:t>
      </w:r>
    </w:p>
    <w:p w14:paraId="012AD492" w14:textId="6A1BFD50" w:rsidR="00B20BA7" w:rsidRDefault="00000000">
      <w:pPr>
        <w:jc w:val="center"/>
      </w:pPr>
      <w:r>
        <w:t>*For Agri</w:t>
      </w:r>
      <w:r w:rsidR="00C601B6">
        <w:t xml:space="preserve"> and Other </w:t>
      </w:r>
      <w:r>
        <w:t>Value Chain Stakeholders*</w:t>
      </w:r>
    </w:p>
    <w:p w14:paraId="63298482" w14:textId="264A30BA" w:rsidR="00B20BA7" w:rsidRDefault="00000000">
      <w:r>
        <w:t>Purpose: To empanel eligible entities/individuals engaged in various stages of the agricultural</w:t>
      </w:r>
      <w:r w:rsidR="00C601B6">
        <w:t xml:space="preserve"> and other</w:t>
      </w:r>
      <w:r>
        <w:t xml:space="preserve"> value chain for participation in MSME schemes, capacity building, market linkage, and support services.</w:t>
      </w:r>
    </w:p>
    <w:p w14:paraId="4ACD5428" w14:textId="77777777" w:rsidR="00B20BA7" w:rsidRDefault="00B20BA7"/>
    <w:p w14:paraId="42225B2C" w14:textId="77777777" w:rsidR="00B20BA7" w:rsidRDefault="00000000">
      <w:pPr>
        <w:pStyle w:val="Heading2"/>
      </w:pPr>
      <w:r>
        <w:t>SECTION A: APPLICANT DETAILS</w:t>
      </w:r>
    </w:p>
    <w:p w14:paraId="3B107C41" w14:textId="77777777" w:rsidR="00B20BA7" w:rsidRDefault="00000000">
      <w:r>
        <w:t>1. Name of Entity / Individual:</w:t>
      </w:r>
    </w:p>
    <w:p w14:paraId="027B9838" w14:textId="752ABDF9" w:rsidR="00B20BA7" w:rsidRDefault="00000000">
      <w:r>
        <w:t>2. Type of Applicant (Select one):</w:t>
      </w:r>
      <w:r>
        <w:br/>
        <w:t xml:space="preserve">   ☐ FPO / FPC</w:t>
      </w:r>
      <w:r w:rsidR="00C601B6">
        <w:t xml:space="preserve"> / NGO / Trust / Firm</w:t>
      </w:r>
      <w:r>
        <w:br/>
        <w:t xml:space="preserve">   ☐ SHG / Cooperative</w:t>
      </w:r>
      <w:r>
        <w:br/>
        <w:t xml:space="preserve">   ☐ Agribusiness / Agro-Processor</w:t>
      </w:r>
      <w:r>
        <w:br/>
        <w:t xml:space="preserve">   ☐ Agri Startup / Innovator</w:t>
      </w:r>
      <w:r>
        <w:br/>
        <w:t xml:space="preserve">   ☐ Input Supplier</w:t>
      </w:r>
      <w:r>
        <w:br/>
        <w:t xml:space="preserve">   ☐ Logistics / Cold Chain Operator</w:t>
      </w:r>
      <w:r>
        <w:br/>
        <w:t xml:space="preserve">   ☐ Trader / Exporter</w:t>
      </w:r>
      <w:r>
        <w:br/>
        <w:t xml:space="preserve">   ☐ Service Provider (Advisory, ICT, etc.)</w:t>
      </w:r>
      <w:r>
        <w:br/>
        <w:t xml:space="preserve">   ☐ Other (please specify):</w:t>
      </w:r>
    </w:p>
    <w:p w14:paraId="5A8B3E36" w14:textId="77777777" w:rsidR="00B20BA7" w:rsidRDefault="00000000">
      <w:r>
        <w:t>3. Legal Status of Entity:</w:t>
      </w:r>
      <w:r>
        <w:br/>
        <w:t xml:space="preserve">   ☐ Proprietorship</w:t>
      </w:r>
      <w:r>
        <w:br/>
        <w:t xml:space="preserve">   ☐ Partnership</w:t>
      </w:r>
      <w:r>
        <w:br/>
        <w:t xml:space="preserve">   ☐ Pvt. Ltd. / LLP</w:t>
      </w:r>
      <w:r>
        <w:br/>
        <w:t xml:space="preserve">   ☐ Cooperative Society</w:t>
      </w:r>
      <w:r>
        <w:br/>
        <w:t xml:space="preserve">   ☐ Registered NGO / Trust</w:t>
      </w:r>
      <w:r>
        <w:br/>
        <w:t xml:space="preserve">   ☐ Not Registered</w:t>
      </w:r>
    </w:p>
    <w:p w14:paraId="2ADE7B5B" w14:textId="77777777" w:rsidR="00B20BA7" w:rsidRDefault="00000000">
      <w:r>
        <w:t>4. Registration Number (Udyam/MSME/SPICE/Cooperative):</w:t>
      </w:r>
    </w:p>
    <w:p w14:paraId="342F2574" w14:textId="77777777" w:rsidR="00B20BA7" w:rsidRDefault="00000000">
      <w:r>
        <w:t>5. Year of Incorporation / Formation:</w:t>
      </w:r>
    </w:p>
    <w:p w14:paraId="0FBCB35A" w14:textId="77777777" w:rsidR="00B20BA7" w:rsidRDefault="00B20BA7"/>
    <w:p w14:paraId="55393FDD" w14:textId="77777777" w:rsidR="00B20BA7" w:rsidRDefault="00000000">
      <w:pPr>
        <w:pStyle w:val="Heading2"/>
      </w:pPr>
      <w:r>
        <w:t>SECTION B: CONTACT DETAILS</w:t>
      </w:r>
    </w:p>
    <w:p w14:paraId="1053D5A8" w14:textId="77777777" w:rsidR="00B20BA7" w:rsidRDefault="00000000">
      <w:r>
        <w:t>6. Registered Office Address:</w:t>
      </w:r>
    </w:p>
    <w:p w14:paraId="7B3855BC" w14:textId="77777777" w:rsidR="00B20BA7" w:rsidRDefault="00000000">
      <w:r>
        <w:t>7. Operational Address (if different):</w:t>
      </w:r>
    </w:p>
    <w:p w14:paraId="3B3E06FB" w14:textId="77777777" w:rsidR="00B20BA7" w:rsidRDefault="00000000">
      <w:r>
        <w:lastRenderedPageBreak/>
        <w:t>8. State:</w:t>
      </w:r>
    </w:p>
    <w:p w14:paraId="559EA46C" w14:textId="77777777" w:rsidR="00B20BA7" w:rsidRDefault="00000000">
      <w:r>
        <w:t>9. District:</w:t>
      </w:r>
    </w:p>
    <w:p w14:paraId="4216A9E3" w14:textId="77777777" w:rsidR="00B20BA7" w:rsidRDefault="00000000">
      <w:r>
        <w:t>10. Pincode:</w:t>
      </w:r>
    </w:p>
    <w:p w14:paraId="7A803D75" w14:textId="77777777" w:rsidR="00B20BA7" w:rsidRDefault="00000000">
      <w:r>
        <w:t>11. Name of Contact Person:</w:t>
      </w:r>
    </w:p>
    <w:p w14:paraId="24C2A319" w14:textId="77777777" w:rsidR="00B20BA7" w:rsidRDefault="00000000">
      <w:r>
        <w:t>12. Designation:</w:t>
      </w:r>
    </w:p>
    <w:p w14:paraId="59F7B7A5" w14:textId="77777777" w:rsidR="00B20BA7" w:rsidRDefault="00000000">
      <w:r>
        <w:t>13. Mobile Number:</w:t>
      </w:r>
    </w:p>
    <w:p w14:paraId="0F4D0C50" w14:textId="77777777" w:rsidR="00B20BA7" w:rsidRDefault="00000000">
      <w:r>
        <w:t>14. Email ID:</w:t>
      </w:r>
    </w:p>
    <w:p w14:paraId="19DE0499" w14:textId="77777777" w:rsidR="00B20BA7" w:rsidRDefault="00000000">
      <w:r>
        <w:t>15. Website (if any):</w:t>
      </w:r>
    </w:p>
    <w:p w14:paraId="75632983" w14:textId="77777777" w:rsidR="00B20BA7" w:rsidRDefault="00B20BA7"/>
    <w:p w14:paraId="783C6ED0" w14:textId="77777777" w:rsidR="00B20BA7" w:rsidRDefault="00000000">
      <w:pPr>
        <w:pStyle w:val="Heading2"/>
      </w:pPr>
      <w:r>
        <w:t>SECTION C: AGRI VALUE CHAIN ENGAGEMENT</w:t>
      </w:r>
    </w:p>
    <w:p w14:paraId="417414E1" w14:textId="77777777" w:rsidR="00B20BA7" w:rsidRDefault="00000000">
      <w:r>
        <w:t>16. Primary Commodities Handled:</w:t>
      </w:r>
    </w:p>
    <w:p w14:paraId="1D51C432" w14:textId="77777777" w:rsidR="00B20BA7" w:rsidRDefault="00000000">
      <w:r>
        <w:t>17. Stage(s) of Involvement in Value Chain:</w:t>
      </w:r>
      <w:r>
        <w:br/>
        <w:t xml:space="preserve">   ☐ Production</w:t>
      </w:r>
      <w:r>
        <w:br/>
        <w:t xml:space="preserve">   ☐ Aggregation</w:t>
      </w:r>
      <w:r>
        <w:br/>
        <w:t xml:space="preserve">   ☐ Processing / Value Addition</w:t>
      </w:r>
      <w:r>
        <w:br/>
        <w:t xml:space="preserve">   ☐ Cold Storage / Warehousing</w:t>
      </w:r>
      <w:r>
        <w:br/>
        <w:t xml:space="preserve">   ☐ Transportation / Logistics</w:t>
      </w:r>
      <w:r>
        <w:br/>
        <w:t xml:space="preserve">   ☐ Packaging</w:t>
      </w:r>
      <w:r>
        <w:br/>
        <w:t xml:space="preserve">   ☐ Export</w:t>
      </w:r>
      <w:r>
        <w:br/>
        <w:t xml:space="preserve">   ☐ Market Linkage</w:t>
      </w:r>
      <w:r>
        <w:br/>
        <w:t xml:space="preserve">   ☐ Other (Specify):</w:t>
      </w:r>
    </w:p>
    <w:p w14:paraId="64E07E70" w14:textId="7E6F864A" w:rsidR="00B20BA7" w:rsidRDefault="00000000">
      <w:r>
        <w:t>18. Years of Experience in Agri</w:t>
      </w:r>
      <w:r w:rsidR="000C28B9">
        <w:t xml:space="preserve"> </w:t>
      </w:r>
      <w:r w:rsidR="0013163D">
        <w:t xml:space="preserve">/ other </w:t>
      </w:r>
      <w:r>
        <w:t>Business:</w:t>
      </w:r>
    </w:p>
    <w:p w14:paraId="135F8B72" w14:textId="77777777" w:rsidR="00B20BA7" w:rsidRDefault="00000000">
      <w:r>
        <w:t>19. No. of Farmers / Beneficiaries Linked (if applicable):</w:t>
      </w:r>
    </w:p>
    <w:p w14:paraId="53755873" w14:textId="77777777" w:rsidR="00B20BA7" w:rsidRDefault="00000000">
      <w:r>
        <w:t>20. Turnover (Last FY):</w:t>
      </w:r>
    </w:p>
    <w:p w14:paraId="57CF0AEB" w14:textId="77777777" w:rsidR="00B20BA7" w:rsidRDefault="00000000">
      <w:r>
        <w:t>21. Certifications (tick applicable):</w:t>
      </w:r>
      <w:r>
        <w:br/>
        <w:t xml:space="preserve">   ☐ Organic</w:t>
      </w:r>
      <w:r>
        <w:br/>
        <w:t xml:space="preserve">   ☐ FSSAI</w:t>
      </w:r>
      <w:r>
        <w:br/>
        <w:t xml:space="preserve">   ☐ APEDA</w:t>
      </w:r>
      <w:r>
        <w:br/>
        <w:t xml:space="preserve">   ☐ ISO</w:t>
      </w:r>
      <w:r>
        <w:br/>
        <w:t xml:space="preserve">   ☐ Others:</w:t>
      </w:r>
    </w:p>
    <w:p w14:paraId="3CE2BCBA" w14:textId="77777777" w:rsidR="00B20BA7" w:rsidRDefault="00B20BA7"/>
    <w:p w14:paraId="616EFFDD" w14:textId="77777777" w:rsidR="00B20BA7" w:rsidRDefault="00000000">
      <w:pPr>
        <w:pStyle w:val="Heading2"/>
      </w:pPr>
      <w:r>
        <w:lastRenderedPageBreak/>
        <w:t>SECTION D: SUPPORT REQUIRED (OPTIONAL)</w:t>
      </w:r>
    </w:p>
    <w:p w14:paraId="7A5AA862" w14:textId="16C5517D" w:rsidR="00B20BA7" w:rsidRDefault="00000000">
      <w:r>
        <w:t xml:space="preserve">22. Nature of Support Expected from MSME </w:t>
      </w:r>
      <w:r w:rsidR="00C601B6">
        <w:t>Marketing Board</w:t>
      </w:r>
      <w:r>
        <w:t>:</w:t>
      </w:r>
      <w:r>
        <w:br/>
        <w:t xml:space="preserve">   ☐ Market Linkage</w:t>
      </w:r>
      <w:r>
        <w:br/>
        <w:t xml:space="preserve">   ☐ Credit / Finance</w:t>
      </w:r>
      <w:r>
        <w:br/>
        <w:t xml:space="preserve">   ☐ Infrastructure Support</w:t>
      </w:r>
      <w:r>
        <w:br/>
        <w:t xml:space="preserve">   ☐ Capacity Building / Training</w:t>
      </w:r>
      <w:r>
        <w:br/>
        <w:t xml:space="preserve">   ☐ Technology Access</w:t>
      </w:r>
      <w:r>
        <w:br/>
        <w:t xml:space="preserve">   ☐ Others:</w:t>
      </w:r>
    </w:p>
    <w:p w14:paraId="02FAB569" w14:textId="77777777" w:rsidR="00B20BA7" w:rsidRDefault="00B20BA7"/>
    <w:p w14:paraId="670E2FB8" w14:textId="77777777" w:rsidR="00B20BA7" w:rsidRDefault="00000000">
      <w:pPr>
        <w:pStyle w:val="Heading2"/>
      </w:pPr>
      <w:r>
        <w:t>SECTION E: DOCUMENTS TO BE ATTACHED</w:t>
      </w:r>
    </w:p>
    <w:p w14:paraId="264996FD" w14:textId="77777777" w:rsidR="00B20BA7" w:rsidRDefault="00000000">
      <w:r>
        <w:t>Please enclose self-attested copies of the following:</w:t>
      </w:r>
    </w:p>
    <w:p w14:paraId="70323D07" w14:textId="638C9AB5" w:rsidR="00B20BA7" w:rsidRDefault="00000000">
      <w:r>
        <w:t xml:space="preserve">☐ Registration Certificate (MSME / FPO / SHG / </w:t>
      </w:r>
      <w:r w:rsidR="00C601B6">
        <w:t>NGO / Trust / Firm</w:t>
      </w:r>
      <w:r>
        <w:t>)</w:t>
      </w:r>
    </w:p>
    <w:p w14:paraId="525C1C92" w14:textId="77777777" w:rsidR="00B20BA7" w:rsidRDefault="00000000">
      <w:r>
        <w:t>☐ PAN / GST</w:t>
      </w:r>
    </w:p>
    <w:p w14:paraId="32C0DD97" w14:textId="77777777" w:rsidR="00B20BA7" w:rsidRDefault="00000000">
      <w:r>
        <w:t>☐ Bank Details (Cancelled Cheque)</w:t>
      </w:r>
    </w:p>
    <w:p w14:paraId="2C01A773" w14:textId="77777777" w:rsidR="00B20BA7" w:rsidRDefault="00000000">
      <w:r>
        <w:t>☐ Recent Photograph (Passport Size)</w:t>
      </w:r>
    </w:p>
    <w:p w14:paraId="5681A617" w14:textId="77777777" w:rsidR="00B20BA7" w:rsidRDefault="00000000">
      <w:r>
        <w:t>☐ Annual Turnover Statement (last 1–2 years, if available)</w:t>
      </w:r>
    </w:p>
    <w:p w14:paraId="46CDACDA" w14:textId="77777777" w:rsidR="00B20BA7" w:rsidRDefault="00000000">
      <w:r>
        <w:t>☐ Certifications, Licenses (if any)</w:t>
      </w:r>
    </w:p>
    <w:p w14:paraId="5B6D01A2" w14:textId="77777777" w:rsidR="00B20BA7" w:rsidRDefault="00000000">
      <w:r>
        <w:t>☐ Brochure / Company Profile (optional)</w:t>
      </w:r>
    </w:p>
    <w:p w14:paraId="7FE486E7" w14:textId="77777777" w:rsidR="00B20BA7" w:rsidRDefault="00B20BA7"/>
    <w:p w14:paraId="7D185110" w14:textId="77777777" w:rsidR="00B20BA7" w:rsidRDefault="00000000">
      <w:pPr>
        <w:pStyle w:val="Heading2"/>
      </w:pPr>
      <w:r>
        <w:t>SECTION F: DECLARATION</w:t>
      </w:r>
    </w:p>
    <w:p w14:paraId="28EACA7A" w14:textId="77777777" w:rsidR="00B20BA7" w:rsidRDefault="00000000">
      <w:r>
        <w:t>I/We hereby certify that the information provided in this application is true and complete to the best of my/our knowledge. I/We understand that the MSME Department reserves the right to verify the details and reject the application if any information is found to be false.</w:t>
      </w:r>
    </w:p>
    <w:p w14:paraId="526660F1" w14:textId="77777777" w:rsidR="00B20BA7" w:rsidRDefault="00000000">
      <w:r>
        <w:br/>
        <w:t>Signature of Authorized Person</w:t>
      </w:r>
    </w:p>
    <w:p w14:paraId="3CA1E75A" w14:textId="77777777" w:rsidR="00B20BA7" w:rsidRDefault="00000000">
      <w:r>
        <w:t>Name: ______________________</w:t>
      </w:r>
    </w:p>
    <w:p w14:paraId="2A352D75" w14:textId="77777777" w:rsidR="00B20BA7" w:rsidRDefault="00000000">
      <w:r>
        <w:t>Designation: __________________</w:t>
      </w:r>
    </w:p>
    <w:p w14:paraId="551D991A" w14:textId="77777777" w:rsidR="00B20BA7" w:rsidRDefault="00000000">
      <w:r>
        <w:t>Date: ______________________</w:t>
      </w:r>
    </w:p>
    <w:p w14:paraId="6B874BBD" w14:textId="77777777" w:rsidR="00B20BA7" w:rsidRDefault="00000000">
      <w:r>
        <w:t>Place: ______________________</w:t>
      </w:r>
    </w:p>
    <w:p w14:paraId="407194EF" w14:textId="77777777" w:rsidR="00B20BA7" w:rsidRDefault="00000000">
      <w:r>
        <w:lastRenderedPageBreak/>
        <w:t>(Seal / Stamp if applicable)</w:t>
      </w:r>
    </w:p>
    <w:sectPr w:rsidR="00B20BA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1629309">
    <w:abstractNumId w:val="8"/>
  </w:num>
  <w:num w:numId="2" w16cid:durableId="601844053">
    <w:abstractNumId w:val="6"/>
  </w:num>
  <w:num w:numId="3" w16cid:durableId="302733935">
    <w:abstractNumId w:val="5"/>
  </w:num>
  <w:num w:numId="4" w16cid:durableId="1295213455">
    <w:abstractNumId w:val="4"/>
  </w:num>
  <w:num w:numId="5" w16cid:durableId="1575968162">
    <w:abstractNumId w:val="7"/>
  </w:num>
  <w:num w:numId="6" w16cid:durableId="1444153452">
    <w:abstractNumId w:val="3"/>
  </w:num>
  <w:num w:numId="7" w16cid:durableId="1432160464">
    <w:abstractNumId w:val="2"/>
  </w:num>
  <w:num w:numId="8" w16cid:durableId="1982223073">
    <w:abstractNumId w:val="1"/>
  </w:num>
  <w:num w:numId="9" w16cid:durableId="1147404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28B9"/>
    <w:rsid w:val="0013163D"/>
    <w:rsid w:val="0015074B"/>
    <w:rsid w:val="0029639D"/>
    <w:rsid w:val="002E108B"/>
    <w:rsid w:val="00326F90"/>
    <w:rsid w:val="004F5833"/>
    <w:rsid w:val="00AA1D8D"/>
    <w:rsid w:val="00B20BA7"/>
    <w:rsid w:val="00B47730"/>
    <w:rsid w:val="00C362DF"/>
    <w:rsid w:val="00C601B6"/>
    <w:rsid w:val="00CB0664"/>
    <w:rsid w:val="00F41283"/>
    <w:rsid w:val="00F620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9ECD40"/>
  <w14:defaultImageDpi w14:val="300"/>
  <w15:docId w15:val="{247DC33E-98A2-4910-8C91-B80923A7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Abhishek Ghosh</cp:lastModifiedBy>
  <cp:revision>7</cp:revision>
  <dcterms:created xsi:type="dcterms:W3CDTF">2013-12-23T23:15:00Z</dcterms:created>
  <dcterms:modified xsi:type="dcterms:W3CDTF">2025-06-20T08:53:00Z</dcterms:modified>
  <cp:category/>
</cp:coreProperties>
</file>